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37343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mScanner 24-11-2025 10.51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43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486400" cy="375582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mScanner 24-11-2025 10.51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58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486400" cy="789055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mScanner 24-11-2025 10.51_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05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