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Rénovez votre maison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Amjahdi, Mohamed/ Lemale,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9782100541003</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rénovation écologique/ réhabilitation de bâtiment/ </w:t>
            </w:r>
          </w:p>
        </w:tc>
      </w:tr>
    </w:tbl>
    <w:p>
      <w:pPr>
        <w:pStyle w:val="Heading3"/>
      </w:pPr>
      <w:r>
        <w:t>Résumé :</w:t>
      </w:r>
    </w:p>
    <w:p>
      <w:r>
        <w:t>Une rénovation écologique se doit d'être efficace (en diminuant les dépenses en énergie), saine (en fournissant un environnement intérieur dépourvu de toute substance nocive), et durable (en utilisant des matériaux renouvelables ou recyclables).</w:t>
        <w:br/>
        <w:br/>
        <w:t>riche en conseils pratiques, ce livre vous guide à chaque étape de votre projet de réhabilitation par :</w:t>
        <w:br/>
        <w:br/>
        <w:t>•</w:t>
        <w:tab/>
        <w:t>une évaluation des économies possibles grâce à des calculs simples ;</w:t>
        <w:br/>
        <w:br/>
        <w:t>•</w:t>
        <w:tab/>
        <w:t>une explication détaillée de la démarche à suivre, depuis le diagnostic préalable jusqu'à la réalisation des travaux ;</w:t>
        <w:br/>
        <w:br/>
        <w:t>•</w:t>
        <w:tab/>
        <w:t>des solutions réalistes, efficaces et conformes aux normes environnementales en vigueur.</w:t>
        <w:br/>
        <w:br/>
        <w:t>couvrant tous les domaines, du changement des fenêtres à l'isolation du toit, en passant par le système de ventilation, le chauffage et l'eau chaude sanitaire, rénovez votre maison : des solutions écologiques est l'ouvrage idéal pour tous ceux qui désirent maîtriser leurs consommations tout en offrant à leurs proches un environnement parfaitement sain.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