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électroniques et amplificateur opérationnel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Boutigny, Jacques/ Dattée, François/ Della Maestra, Serge/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2711742407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électronique/ phisique/ </w:t>
            </w:r>
          </w:p>
        </w:tc>
      </w:tr>
    </w:tbl>
    <w:p>
      <w:pPr>
        <w:pStyle w:val="Heading3"/>
      </w:pPr>
      <w:r>
        <w:t>Résumé :</w:t>
      </w:r>
    </w:p>
    <w:p>
      <w:r>
        <w:t>L’ouvrage permet de comprendre comment analyser un montage électronique, établir les relations entre les tensions d’entrée et de sortie, calculer le gain et déterminer les conditions de fonctionnement d’un circuit. Les exercices contribuent à consolider les méthodes de résolution et à appliquer les modèles théoriques aux problèmes d’électronique.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