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 mesure et du contrôle dans l'industrie. T1, pressions, niveaux, débits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Burton, Jules/ Daubersy, J./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métrologie industrielle/ instrumentation industrielle/ </w:t>
            </w:r>
          </w:p>
        </w:tc>
      </w:tr>
    </w:tbl>
    <w:p>
      <w:pPr>
        <w:pStyle w:val="Heading3"/>
      </w:pPr>
      <w:r>
        <w:t>Résumé :</w:t>
      </w:r>
    </w:p>
    <w:p>
      <w:r>
        <w:t>Cet ouvrage présente les méthodes et les techniques pratiques de mesure des grandeurs physiques utilisées dans l’industrie, en particulier la pression, le vide, le niveau et le débit.</w:t>
        <w:br/>
        <w:br/>
        <w:br/>
        <w:br/>
        <w:t>il décrit les principes de fonctionnement des instruments de mesure, leurs conditions d’utilisation et leur application au contrôle des installations industrielles. Il aborde les dispositifs de mesure de pression, les appareils destinés à mesurer les faibles pressions et le vide, les systèmes de mesure de niveau des liquides ainsi que les instruments de mesure des débits de fluides.</w:t>
        <w:br/>
        <w:br/>
        <w:br/>
        <w:br/>
        <w:t>ce livre constitue une référence technique pour l’étude de l’instrumentation industrielle, la métrologie et le contrôle des procédés, notamment dans les domaines de la mécanique, de la chimie et du génie des procédés.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