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PHP ateliers Web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David, Daniel-Jean/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343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Cours &amp; ateliers(N°:None)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9782729842475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PHP/ XHTML/ </w:t>
            </w:r>
          </w:p>
        </w:tc>
      </w:tr>
    </w:tbl>
    <w:p>
      <w:pPr>
        <w:pStyle w:val="Heading3"/>
      </w:pPr>
      <w:r>
        <w:t>Résumé :</w:t>
      </w:r>
    </w:p>
    <w:p>
      <w:r>
        <w:t>Cet ouvrage propose un apprentissage pratique du langage PHP et de son utilisation dans le développement de sites Web dynamiques et interactifs. Il présente les technologies XHTML, CSS, XML, MySQL et Ajax, ainsi que les principes de création d’un système de gestion de contenu (CMS). À travers des cours et des ateliers pratiques, le lecteur apprend à manipuler les données, traiter les formulaires, créer un moteur de recherche, gérer les images et automatiser la mise à jour des pages Web. L’ouvrage s’adresse aux étudiants en informatique, aux webmasters et aux développeurs souhaitant acquérir des compétences pratiques en programmation Web.</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