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Optimisez vos tâches sous Mac OS 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Desgraupes, Bernard/ Moreux, Jean-Philippe/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Mac library(N°:None)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9782744022579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mac OS X (système d'exploitation des ordinateurs)/ Scripts informatiques/ </w:t>
            </w:r>
          </w:p>
        </w:tc>
      </w:tr>
    </w:tbl>
    <w:p>
      <w:pPr>
        <w:pStyle w:val="Heading3"/>
      </w:pPr>
      <w:r>
        <w:t>Résumé :</w:t>
      </w:r>
    </w:p>
    <w:p>
      <w:r>
        <w:t>Cet ouvrage présente différentes méthodes permettant d’automatiser les tâches répétitives sous Mac OS X. Il explique l’utilisation d’outils et de langages de script tels qu’AppleScript, Automator, le shell, Tcl et cron pour simplifier la gestion des fichiers et des dossiers, le traitement des documents, l’automatisation des applications et les opérations sur Internet. Il aborde également la sauvegarde des données, la synchronisation des fichiers et la planification des tâches. Grâce à ses nombreuses recettes pratiques, ce livre s’adresse aux utilisateurs de Mac souhaitant améliorer leur productivité et automatiser leurs opérations quotidiennes.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