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méthodes de construction. T4, finitions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Olivier, Emile/ </w:t>
            </w:r>
          </w:p>
        </w:tc>
      </w:tr>
      <w:tr>
        <w:trPr>
          <w:trHeight w:val="567"/>
        </w:trPr>
        <w:tc>
          <w:tcPr>
            <w:tcW w:type="dxa" w:w="3000"/>
          </w:tcPr>
          <w:p>
            <w:r>
              <w:t>Adresse bib.</w:t>
            </w:r>
          </w:p>
        </w:tc>
        <w:tc>
          <w:tcPr>
            <w:tcW w:type="dxa" w:w="7000"/>
          </w:tcPr>
          <w:p>
            <w:r>
              <w:t xml:space="preserve">Entrprise moderne d'édition/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Technologie des méthodes de construction(N°:None)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technologie de la construction/ batiment/ méthodes de construction/ </w:t>
            </w:r>
          </w:p>
        </w:tc>
      </w:tr>
    </w:tbl>
    <w:p>
      <w:pPr>
        <w:pStyle w:val="Heading3"/>
      </w:pPr>
      <w:r>
        <w:t>Résumé :</w:t>
      </w:r>
    </w:p>
    <w:p>
      <w:r>
        <w:t>Cet ouvrage traite des techniques et des méthodes d’exécution des travaux de finition dans le bâtiment. Il présente les procédés de mise en œuvre des revêtements de sols et de murs, des enduits, des peintures, des travaux de menuiserie et des autres éléments contribuant à l’achèvement des constructions. Il aborde les matériaux utilisés, les techniques d’application et les règles pratiques nécessaires à la réalisation de finitions de qualité. Ce volume constitue un support technique pour les étudiants et les professionnels du génie civil et du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