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au calcul analogique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Truitt, Thomas D./ Rogers, Alan Edwin/ Callens, Paul/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Automatique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calcul analogique/ calculateur analogique/ informatique analogique/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les principes fondamentaux du calcul analogique, une méthode de calcul qui permet de représenter et de résoudre des problèmes mathématiques à l'aide de grandeurs physiques continues, notamment des tensions électriques.</w:t>
        <w:br/>
        <w:br/>
        <w:t>les auteurs expliquent les principes de fonctionnement des calculateurs analogiques, leurs éléments constitutifs et les techniques nécessaires à leur utilisation. ils abordent également les différentes catégories de calculateurs analogiques universels et leur programmation pour résoudre des problèmes scientifiques et techniques.</w:t>
        <w:br/>
        <w:br/>
        <w:t>une place importante est accordée aux applications pratiques, notamment aux mesures, à la commande et à la simulation de phénomènes physiques. l'ouvrage s'adresse principalement aux ingénieurs, techniciens, enseignants et étudiants en électronique, en automatique et en sciences de l'ingénieur.</w:t>
        <w:br/>
        <w:br/>
        <w:t>la présentation illustrée vise à rendre accessibles les méthodes de calcul analogique et leur mise en application.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