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 autodidactique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Croset, Jean-Pierre/ </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725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2245026810</w:t>
            </w:r>
          </w:p>
        </w:tc>
      </w:tr>
      <w:tr>
        <w:trPr>
          <w:trHeight w:val="567"/>
        </w:trPr>
        <w:tc>
          <w:tcPr>
            <w:tcW w:type="dxa" w:w="3000"/>
          </w:tcPr>
          <w:p>
            <w:r>
              <w:t>Thème</w:t>
            </w:r>
          </w:p>
        </w:tc>
        <w:tc>
          <w:tcPr>
            <w:tcW w:type="dxa" w:w="7000"/>
          </w:tcPr>
          <w:p>
            <w:r>
              <w:t>Langues (langage, linguistique, ouvrages interdisciplinaires sur la littérature et les langues)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apprentissage autodidactique/ grammaire française/ grammaire anglaise/ </w:t>
            </w:r>
          </w:p>
        </w:tc>
      </w:tr>
    </w:tbl>
    <w:p>
      <w:pPr>
        <w:pStyle w:val="Heading3"/>
      </w:pPr>
      <w:r>
        <w:t>Résumé :</w:t>
      </w:r>
    </w:p>
    <w:p>
      <w:r>
        <w:t>Cet ouvrage de référence propose des outils d’apprentissage et de perfectionnement linguistique destinés à faciliter l’acquisition des connaissances. Il présente des méthodes pour apprendre efficacement, ainsi que des notions de grammaire française et étrangère, notamment en anglais, en allemand, en espagnol et en italien. Il aborde également les synonymes afin d’enrichir le vocabulaire et d’améliorer l’expression écrite et orale. Cet ouvrage constitue un support documentaire utile pour l’apprentissage autonome, la maîtrise des règles grammaticales et le développement des compétences linguistiques.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