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 autodidactique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Croset, Jean-Pierre/ </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761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2245026845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encyclopédies/ dictionnaires français/ </w:t>
            </w:r>
          </w:p>
        </w:tc>
      </w:tr>
    </w:tbl>
    <w:p>
      <w:pPr>
        <w:pStyle w:val="Heading3"/>
      </w:pPr>
      <w:r>
        <w:t>Résumé :</w:t>
      </w:r>
    </w:p>
    <w:p>
      <w:r>
        <w:t>Cet ouvrage encyclopédique et pédagogique présente les connaissances fondamentales en physique, astronomie et chimie. Il aborde les principaux phénomènes physiques, les lois et principes scientifiques, l’étude de l’Univers et des corps célestes, ainsi que la composition, les propriétés et les transformations de la matière. Il propose également des informations sur les normes, les unités de mesure et les systèmes utilisés en sciences. Il constitue un outil de référence pour l’apprentissage autonome et la consultation documentaire.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