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Suardet, René/ </w:t>
            </w:r>
          </w:p>
        </w:tc>
      </w:tr>
      <w:tr>
        <w:trPr>
          <w:trHeight w:val="567"/>
        </w:trPr>
        <w:tc>
          <w:tcPr>
            <w:tcW w:type="dxa" w:w="3000"/>
          </w:tcPr>
          <w:p>
            <w:r>
              <w:t>Adresse bib.</w:t>
            </w:r>
          </w:p>
        </w:tc>
        <w:tc>
          <w:tcPr>
            <w:tcW w:type="dxa" w:w="7000"/>
          </w:tcPr>
          <w:p>
            <w:r>
              <w:t xml:space="preserve">J.-B. Baillière/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sciences physiques(N°:None)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chemin optique/ optique géométrique/ </w:t>
            </w:r>
          </w:p>
        </w:tc>
      </w:tr>
    </w:tbl>
    <w:p>
      <w:pPr>
        <w:pStyle w:val="Heading3"/>
      </w:pPr>
      <w:r>
        <w:t>Résumé :</w:t>
      </w:r>
    </w:p>
    <w:p>
      <w:r>
        <w:t>Le livre « Optique » présente les principes fondamentaux de l’optique géométrique et ondulatoire, notamment la propagation de la lumière, la réflexion, la réfraction, la formation des images par les lentilles et les miroirs, les phénomènes d’interférences, de diffraction et de polarisation, ainsi que les applications des instruments optiques. Il permet de comprendre les propriétés de la lumière et les lois physiques qui régissent son comportement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