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 autodidactique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Croset, Jean-Pierre/ Crespeau,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Quillet/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2245026861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Concordances, dictionnaires, encyclopédies historiques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Concordances, dictionnaires, encyclopédies historiques/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géographie/ france/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