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atomique, introduction à la physique quantique et structure de l'édifice atomique.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Cagnac; Bernard/ Pebay-Peyroula, Jean-Claude/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548 p0</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Index.p.p 539-548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quantique/ principe d’incertitude/ </w:t>
            </w:r>
          </w:p>
        </w:tc>
      </w:tr>
    </w:tbl>
    <w:p>
      <w:pPr>
        <w:pStyle w:val="Heading3"/>
      </w:pPr>
      <w:r>
        <w:t>Résumé :</w:t>
      </w:r>
    </w:p>
    <w:p>
      <w:r>
        <w:t>Cet ouvrage présente les principes fondamentaux de la physique quantique et leur application à l’étude de la structure atomique. Il aborde les limites de la physique classique, la quantification de l’énergie, la dualité onde-corpuscule et les principaux modèles atomiques. Il expose également les bases de la mécanique quantique, notamment l’équation de Schrödinger, les nombres quantiques et les orbitales atomiques. Enfin, il étudie la répartition des électrons dans les atomes, les niveaux d’énergie et les spectres atomiques afin d’expliquer la structure électronique et les propriétés des éléments chimiques.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