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pour le calcul des fondations. T1, tassement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Giroud, Jean Pierre/ Caquot, Albert/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XXIII-360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mécanique des sols(N°:None)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calcul géotechnique/ mécanique des sols/ consolidation des sols/ géotechnique/ </w:t>
            </w:r>
          </w:p>
        </w:tc>
      </w:tr>
    </w:tbl>
    <w:p>
      <w:pPr>
        <w:pStyle w:val="Heading3"/>
      </w:pPr>
      <w:r>
        <w:t>Résumé :</w:t>
      </w:r>
    </w:p>
    <w:p>
      <w:r>
        <w:t>L’ouvrage Tables pour le calcul des fondations. 1, Tassement, de Jean-Pierre Giroud, présente des tables et des méthodes de calcul permettant d’évaluer les tassements des sols sous les fondations. Il constitue un outil pratique pour les ingénieurs et les étudiants en génie civil, notamment dans les domaines de la mécanique des sols, de la géotechnique et du dimensionnement des fondations.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