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&amp; 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 Marie/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2100031147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la géométrie/ </w:t>
            </w:r>
          </w:p>
        </w:tc>
      </w:tr>
    </w:tbl>
    <w:p>
      <w:pPr>
        <w:pStyle w:val="Heading3"/>
      </w:pPr>
      <w:r>
        <w:t>Résumé :</w:t>
      </w:r>
    </w:p>
    <w:p>
      <w:r>
        <w:t>Ce livre est un ouvrage pédagogique destiné aux étudiants de première année des classes préparatoires scientifiques, notamment en PCSI et PTSI. Il permet d'apprendre, de comprendre et de maîtriser les notions fondamentales d'algèbre et de géométrie grâce à des rappels de cours et à de nombreux exercices corrigés.</w:t>
        <w:br/>
        <w:br/>
        <w:t>Il contient 120 exercices développés et 70 exercices d'entraînement, qui permettent de consolider les connaissances théoriques, d'appliquer les méthodes mathématiques et de développer le raisonnement 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