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réalisation optimale de systèmes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Dehès, Michel/ </w:t>
            </w:r>
          </w:p>
        </w:tc>
      </w:tr>
      <w:tr>
        <w:trPr>
          <w:trHeight w:val="567"/>
        </w:trPr>
        <w:tc>
          <w:tcPr>
            <w:tcW w:type="dxa" w:w="3000"/>
          </w:tcPr>
          <w:p>
            <w:r>
              <w:t>Adresse bib.</w:t>
            </w:r>
          </w:p>
        </w:tc>
        <w:tc>
          <w:tcPr>
            <w:tcW w:type="dxa" w:w="7000"/>
          </w:tcPr>
          <w:p>
            <w:r>
              <w:t xml:space="preserve">Hermes Science Europe/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et logiciels informatiques(N°:None)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9782746225787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informatique/ Fiabilité des systèmes/ </w:t>
            </w:r>
          </w:p>
        </w:tc>
      </w:tr>
    </w:tbl>
    <w:p>
      <w:pPr>
        <w:pStyle w:val="Heading3"/>
      </w:pPr>
      <w:r>
        <w:t>Résumé :</w:t>
      </w:r>
    </w:p>
    <w:p>
      <w:r>
        <w:t>Cet ouvrage traite de la conception et de la réalisation de systèmes informatiques en mettant l’accent sur l’optimisation de leurs performances, de leur fiabilité et de leur efficacité. Il aborde les principes et les méthodes permettant d’analyser les besoins, de choisir des solutions techniques adaptées et d’améliorer le fonctionnement des systèmes informatiques. Il s’adresse aux étudiants et aux professionnels de l’informatique intéressés par la conception, le développement et l’optimisation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