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Shell sous Unix-Linux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Deffaix Rémy, 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ENI, cop/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9782746042339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Shell/ Commandes Unix/ </w:t>
            </w:r>
          </w:p>
        </w:tc>
      </w:tr>
    </w:tbl>
    <w:p>
      <w:pPr>
        <w:pStyle w:val="Heading3"/>
      </w:pPr>
      <w:r>
        <w:t>Résumé :</w:t>
      </w:r>
    </w:p>
    <w:p>
      <w:r>
        <w:t>Cet ouvrage porte sur la programmation Shell dans les environnements Unix et Linux. Il présente les commandes et les outils permettant d’automatiser les tâches d’administration et de gestion du système à l’aide de scripts. Il aborde notamment les variables, les structures conditionnelles, les boucles, les fonctions, les paramètres et la gestion des fichiers. Il permet au lecteur d’apprendre à concevoir, exécuter et déboguer des scripts Shell afin de simplifier les opérations répétitives et d’améliorer l’efficacité de l’administration informatique.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