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du calcul avec les logiciels libres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Connan, Guillaume/ Grognet,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scilab (logiciel)/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Le Guide du Calcul avec les logiciels libres vous propose de maîtriser les bases de plusieurs logiciels libres de calcul formel et numérique, et de géométrie dynamique: XCAS, Scilab, Bc, Gp, Gnuplot, Maxima, Octave, Yacas, et également Mupad (non libre). Ces logiciels sont multiplateformes (Windows, Mac, Linux) et s'installent rapidement. La grande originalité de cet ouvrage est de détailler pas à pas l'utilisation de plusieurs logiciels pour plusieurs types de calcul. Il propose ainsi des applications en mathématiques, en physique et en sciences de l'ingénieur. Il vous aidera à savoir utiliser le bon logiciel au bon moment pour résoudre le bon problème. Cet ouvrage s'adresse à toute personne voulant utiliser le calcul formel en mathématiques à l'aide de logiciels libres: étudiants en mathématiques ou en informatique, professeurs de lycée souhaitant utiliser ces outils dans le cadre de leur cours et jusqu'aux candidats à l'agrégation désirant se préparer à l'épreuve de modélisation. Un index thématique et un index des commandes par logiciel aide le lecteur à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