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Simulation des systèmes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Feuvrier, Charles-Valère/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VIII-152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143-149 Index</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définition d'un système/ la simulation/ </w:t>
            </w:r>
          </w:p>
        </w:tc>
      </w:tr>
    </w:tbl>
    <w:p>
      <w:pPr>
        <w:pStyle w:val="Heading3"/>
      </w:pPr>
      <w:r>
        <w:t>Résumé :</w:t>
      </w:r>
    </w:p>
    <w:p>
      <w:r>
        <w:t xml:space="preserve">L’ouvrage La Simulation des systèmes, est un ouvrage pédagogique consacré à la simulation dans le domaine de l’informatique. Destiné notamment aux étudiants de maîtrise d’informatique, il s’inscrit dans l’étude des méthodes permettant de représenter et d’analyser le fonctionnement des systèmes à l’aide de modèles. La simulation constitue une approche permettant d’étudier l’évolution d’un système, d’examiner différents scénarios et d’observer les conséquences de modifications de ses paramètres sans intervenir directement sur le système réel. Dans cette perspective, la modélisation, la formulation des hypothèses, l’expérimentation et l’interprétation des résultats représentent des étapes essentielles de l’analyse. L’ouvrage s’inscrit dans le développement des applications informatiques et des méthodes de calcul utilisées pour comprendre les systèmes complexes. Il présente ainsi un intérêt historique et pédagogique pour l’étude de la simulation informatique, de la modélisation mathématique et de leurs applications à la recherche opérationnelle et à l’analyse des systèmes. </w:t>
        <w:br/>
        <w:br/>
        <w:t>Maktabati</w:t>
        <w:br/>
        <w:br/>
        <w:t>+2</w:t>
        <w:br/>
        <w:br/>
        <w:br/>
        <w:br/>
        <w:t>Important : ce résumé est une synthèse générale du domaine et de la finalité pédagogique suggérée par la notice bibliographique ; le contenu détaillé des chapitres n’a pas pu être vérifié directement à partir du texte intégral.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