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PC based instrumentation and control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Tooley, Mike/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3rd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 Butterworth Heinemann/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485-496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0750647167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PC based instrumentation/ computer-based control systems/ </w:t>
            </w:r>
          </w:p>
        </w:tc>
      </w:tr>
    </w:tbl>
    <w:p>
      <w:pPr>
        <w:pStyle w:val="Heading3"/>
      </w:pPr>
      <w:r>
        <w:t>Résumé :</w:t>
      </w:r>
    </w:p>
    <w:p>
      <w:r>
        <w:t>PC Based Instrumentation and control is a guide to implementing computer control, instrumentation and data acquisition using a standard pc and some of the more traditional computer languages.</w:t>
        <w:br/>
        <w:br/>
        <w:br/>
        <w:br/>
        <w:t>numerous examples of configurations and working circuits, as well as representative software, make this a practical, hands-on guide to implementing pc-based testing and calibration systems and increasing efficiency without compromising quality or reliability. guidance is given on modifying the circuits and software routines to meet the reader's specific needs.</w:t>
        <w:br/>
        <w:br/>
        <w:br/>
        <w:br/>
        <w:t>the third edition includes updated coverage of pc hardware and bus systems, a new chapter on virtual instruments and an introduction to programming and software development in a modern 32-bit environment. additional examples have been included, with source code and executables available for download from the companion website www.key2control.com.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