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asservis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Thurin, Jacques/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391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école nationale supérieure des télécommunications(N°:None)</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systèmes asservis/ servomécanisme/ </w:t>
            </w:r>
          </w:p>
        </w:tc>
      </w:tr>
    </w:tbl>
    <w:p>
      <w:pPr>
        <w:pStyle w:val="Heading3"/>
      </w:pPr>
      <w:r>
        <w:t>Résumé :</w:t>
      </w:r>
    </w:p>
    <w:p>
      <w:r>
        <w:t>L’ouvrage de jacques thurin présente les principes fondamentaux et les techniques de mise en œuvre des systèmes asservis. il associe l’étude technologique des servomécanismes à l’analyse théorique des systèmes linéaires, non linéaires et échantillonnés.</w:t>
        <w:br/>
        <w:br/>
        <w:t>la première partie porte sur les composants des chaînes d’asservissement : moteurs, traducteurs, comparateurs et différents types d’amplificateurs. elle aborde également les servomécanismes à plusieurs entrées et le copiage électronique.</w:t>
        <w:br/>
        <w:br/>
        <w:t>la seconde partie développe les outils mathématiques nécessaires à l’analyse des systèmes asservis, notamment la transformée de laplace, l’étude de la dynamique, la stabilité, la détermination du gain et la correction des systèmes. les systèmes non linéaires et les asservissements échantillonnés complètent l’étude.</w:t>
        <w:br/>
        <w:br/>
        <w:t>ce livre constitue une référence technique pour les étudiants en électronique et en automatique ainsi que pour les ingénieurs travaillant sur la conception, l’analyse et la régulation des systèmes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