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hiérarchisée et optimisation des processus complexes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Titli,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204005206X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hiérarchisée/ automatique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d’andré titli est consacré à la commande hiérarchisée et à l’optimisation des processus complexes, notamment aux systèmes industriels dont la commande nécessite plusieurs niveaux de décision et de régulation.</w:t>
        <w:br/>
        <w:br/>
        <w:t>l’auteur étudie les structures de commande à deux niveaux et les méthodes permettant de décomposer un problème global d’optimisation en sous-problèmes plus simples. cette approche vise à coordonner les différentes parties d’un système complexe tout en améliorant ses performances.</w:t>
        <w:br/>
        <w:br/>
        <w:t>le livre aborde notamment les structures hiérarchiques de commande, la décomposition des problèmes d’optimisation, la coordination entre sous-systèmes et l’application des méthodes d’optimisation aux processus dynamiques. il s’inscrit dans le domaine de l’automatique avancée et de la commande optimale des systèmes industriels.</w:t>
        <w:br/>
        <w:br/>
        <w:t>cette présentation s’appuie sur la notice bibliographique et la description disponible dans les catalogues universitaires.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