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Corel WordPerfect suite, versions 7 et 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Cassade, Manon/ </w:t>
            </w:r>
          </w:p>
        </w:tc>
      </w:tr>
      <w:tr>
        <w:trPr>
          <w:trHeight w:val="567"/>
        </w:trPr>
        <w:tc>
          <w:tcPr>
            <w:tcW w:type="dxa" w:w="3000"/>
          </w:tcPr>
          <w:p>
            <w:r>
              <w:t>Adresse bib.</w:t>
            </w:r>
          </w:p>
        </w:tc>
        <w:tc>
          <w:tcPr>
            <w:tcW w:type="dxa" w:w="7000"/>
          </w:tcPr>
          <w:p>
            <w:r>
              <w:t xml:space="preserve">S &amp; SM/ </w:t>
            </w:r>
          </w:p>
        </w:tc>
      </w:tr>
      <w:tr>
        <w:trPr>
          <w:trHeight w:val="567"/>
        </w:trPr>
        <w:tc>
          <w:tcPr>
            <w:tcW w:type="dxa" w:w="3000"/>
          </w:tcPr>
          <w:p>
            <w:r>
              <w:t>Nombre de Pages</w:t>
            </w:r>
          </w:p>
        </w:tc>
        <w:tc>
          <w:tcPr>
            <w:tcW w:type="dxa" w:w="7000"/>
          </w:tcPr>
          <w:p>
            <w:r>
              <w:t>333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Comment faire quand on n'y connaît rien et qu'on veut y arriver tout seul(N°:None)</w:t>
            </w:r>
          </w:p>
        </w:tc>
      </w:tr>
      <w:tr>
        <w:trPr>
          <w:trHeight w:val="567"/>
        </w:trPr>
        <w:tc>
          <w:tcPr>
            <w:tcW w:type="dxa" w:w="3000"/>
          </w:tcPr>
          <w:p>
            <w:r>
              <w:t>Notes Générales</w:t>
            </w:r>
          </w:p>
        </w:tc>
        <w:tc>
          <w:tcPr>
            <w:tcW w:type="dxa" w:w="7000"/>
          </w:tcPr>
          <w:p>
            <w:r>
              <w:t>Glossaire. Index</w:t>
            </w:r>
          </w:p>
        </w:tc>
      </w:tr>
      <w:tr>
        <w:trPr>
          <w:trHeight w:val="567"/>
        </w:trPr>
        <w:tc>
          <w:tcPr>
            <w:tcW w:type="dxa" w:w="3000"/>
          </w:tcPr>
          <w:p>
            <w:r>
              <w:t>Numéro d'Identification</w:t>
            </w:r>
          </w:p>
        </w:tc>
        <w:tc>
          <w:tcPr>
            <w:tcW w:type="dxa" w:w="7000"/>
          </w:tcPr>
          <w:p>
            <w:r>
              <w:t>2744003751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WordPerfect 7/ bureautique/ </w:t>
            </w:r>
          </w:p>
        </w:tc>
      </w:tr>
    </w:tbl>
    <w:p>
      <w:pPr>
        <w:pStyle w:val="Heading3"/>
      </w:pPr>
      <w:r>
        <w:t>Résumé :</w:t>
      </w:r>
    </w:p>
    <w:p>
      <w:r>
        <w:t>Corel WordPerfect Suite, versions 7 et 8 est un guide pratique consacré à l’utilisation de la suite bureautique Corel WordPerfect, notamment les versions 7 et 8. Il présente les principales applications de la suite et explique leur utilisation pour la création et la mise en forme de documents, la gestion des données, la création de présentations et l’exploitation des outils graphiques. L’ouvrage met l’accent sur les fonctions pratiques, les commandes, les outils de productivité et les techniques permettant de réaliser efficacement différents travaux de bureautique.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