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Modeling and simulation in Scilab/Scicos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Campbell, Stephen La Vern/ Chancelier, Jean-Philippe/ Nikoukhah, Ramine/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Spinger, cop/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0387278028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scilab (logiciel)/ Scicos/ </w:t>
            </w:r>
          </w:p>
        </w:tc>
      </w:tr>
    </w:tbl>
    <w:p>
      <w:pPr>
        <w:pStyle w:val="Heading3"/>
      </w:pPr>
      <w:r>
        <w:t>Résumé :</w:t>
      </w:r>
    </w:p>
    <w:p>
      <w:r>
        <w:t>Modeling and Simulation in Scilab/Scicos is a practical and theoretical guide to scientific computing, mathematical modeling and simulation using the open-source software Scilab and its graphical modeling environment Scicos. The first part introduces Scilab programming, data structures, numerical computation, graphics and differential-equation solvers. The second part focuses on Scicos, including block-diagram modeling, simulation of dynamical systems and the construction of modular and reusable models. Numerous examples and source codes are provided.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