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2100049208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mathématiques destiné principalement aux étudiants de deuxième année des classes préparatoires scientifiques, notamment PSI, PC et PT. Il associe des rappels de cours à un grand nombre d’exercices afin de consolider les connaissances et de préparer les étudiants aux exigences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