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TCP/IP Notions fondamentales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Casad, Joe/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CampusPress/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373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23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CampusPress référence(N°:None)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2744019240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Informatique, traitement des données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Informatique, traitement des données/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TCP/IP/ IPv4/ </w:t>
            </w:r>
          </w:p>
        </w:tc>
      </w:tr>
    </w:tbl>
    <w:p>
      <w:pPr>
        <w:pStyle w:val="Heading3"/>
      </w:pPr>
      <w:r>
        <w:t>Résumé :</w:t>
      </w:r>
    </w:p>
    <w:p>
      <w:r>
        <w:t>Un ouvrage consacré à TCP/IP présente l’architecture et le fonctionnement de la suite de protocoles utilisée pour la communication sur les réseaux informatiques et sur Internet. Il explique les différents niveaux du modèle TCP/IP, l’adressage IP, le routage, les protocoles TCP et UDP, ainsi que les principaux services réseau. Il aborde également la configuration, le fonctionnement et le dépannage des réseaux TCP/IP.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