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new encyclopaedia britannica . V4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Encyclopaedia britannica/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démographie/ micropaedia/ égyptologie/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