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Réseaux sans fil amateurs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Flickenger, Rob/ Gee, Thomas/ </w:t>
            </w:r>
          </w:p>
        </w:tc>
      </w:tr>
      <w:tr>
        <w:trPr>
          <w:trHeight w:val="567"/>
        </w:trPr>
        <w:tc>
          <w:tcPr>
            <w:tcW w:type="dxa" w:w="3000"/>
          </w:tcPr>
          <w:p>
            <w:r>
              <w:t>Adresse bib.</w:t>
            </w:r>
          </w:p>
        </w:tc>
        <w:tc>
          <w:tcPr>
            <w:tcW w:type="dxa" w:w="7000"/>
          </w:tcPr>
          <w:p>
            <w:r>
              <w:t xml:space="preserve">O'Reilly/ </w:t>
            </w:r>
          </w:p>
        </w:tc>
      </w:tr>
      <w:tr>
        <w:trPr>
          <w:trHeight w:val="567"/>
        </w:trPr>
        <w:tc>
          <w:tcPr>
            <w:tcW w:type="dxa" w:w="3000"/>
          </w:tcPr>
          <w:p>
            <w:r>
              <w:t>Nombre de Pages</w:t>
            </w:r>
          </w:p>
        </w:tc>
        <w:tc>
          <w:tcPr>
            <w:tcW w:type="dxa" w:w="7000"/>
          </w:tcPr>
          <w:p>
            <w:r>
              <w:t>X-116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284177239X</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réseaux locaux sans fil/ IEEE 802.11 (norme)/ </w:t>
            </w:r>
          </w:p>
        </w:tc>
      </w:tr>
    </w:tbl>
    <w:p>
      <w:pPr>
        <w:pStyle w:val="Heading3"/>
      </w:pPr>
      <w:r>
        <w:t>Résumé :</w:t>
      </w:r>
    </w:p>
    <w:p>
      <w:r>
        <w:t>Les réseaux sans fil s'appuyant sur le protocole 802.11b sont plus communément appelés WiFi. Ils permettent d'accéder à des réseaux distants sans connexion filaire. Le matériel disponible tend à se démocratiser et nombreux sont les particuliers souhaitant se débrancher. Réseaux sans fil amateurs a pour but de vous aider à mettre en place l'installation nécessaire pour vous insérer dans un réseau communautaire ou créer le vôtre. Les conseils dispensés sont à la fois techniques et pratiques. Ils vous permettront de contourner les écueils de ce type d'installation et de profiter au mieux d'une connexion sans fil à haut-débit. Cet ouvrage est à la fois destiné aux amateurs de technologie sans fil souhaitant s'équiper à moindre frais, aux administrateurs réseaux curieux de développer et d'établir des règles pour un intranet ou tout simplement à des bricoleurs éclairés qui souhaitent diffuser internet dans des zones non couvertes par les FAI classiques. Tous y trouveront une information de référence ainsi que des exemples de mise en application. Cet ouvrage, à la fois manuel pratique et d'introduction aux réseaux sans fil, couvre les sujets suivants : Exploiter le 802.11b. S'équiper au mieux pour mettre en place son réseau sans fil ou s'insérer dans une communauté WiFi. Fabriquer une antenne pour diffuser des données sur de grandes distances. Comprendre les conditions climatiques et topographiques qui peuvent faire obstacle au réseau. Protéger son réseau sans fil d'intrusions potentielles. Allouer des services spécifiques aux membres de sa communauté WiFi.</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