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 OS 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Fieux, Loïc/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VII-402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 ?(N°:None)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2744011835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 OS X (système d'exploitation des ordinateurs)/ guide pratique/ </w:t>
            </w:r>
          </w:p>
        </w:tc>
      </w:tr>
    </w:tbl>
    <w:p>
      <w:pPr>
        <w:pStyle w:val="Heading3"/>
      </w:pPr>
      <w:r>
        <w:t>Résumé :</w:t>
      </w:r>
    </w:p>
    <w:p>
      <w:r>
        <w:t>L’ouvrage Mac OS X de Loïc Fieux, publié par CampusPress en 2001, est un guide pratique consacré à la découverte et à la maîtrise de la première génération de Mac OS X. Il accompagne progressivement le lecteur depuis l’installation et la configuration du système jusqu’à son utilisation quotidienne, en présentant notamment le Finder, le Dock, la gestion des fichiers et dossiers, Sherlock, les Préférences Système et les périphériques. Une place importante est également accordée à la migration depuis les anciennes versions de Mac OS, à l’environnement Classic, ainsi qu’à la gestion de plusieurs utilisateurs et au partage d’un ordinateur. L’auteur présente ensuite les logiciels fournis avec Mac OS X, les utilitaires système, les fonctions de réseau et d’accès à Internet, ainsi que l’automatisation avec AppleScript. Enfin, l’ouvrage aborde l’histoire de Mac OS X et introduit le lecteur aux commandes UNIX en ligne de commande, ce qui montre que le livre ne se limite pas à l’utilisation graphique du Macintosh mais cherche également à faire comprendre l’architecture et les possibilités techniques du nouveau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