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Engineering drawing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Bogolyubov, S./ Voinov, S./ Levant, Leonid/ Weinstein, Nicholas/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Dessin industriel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Engineering drawing/ Technical drawing/ </w:t>
            </w:r>
          </w:p>
        </w:tc>
      </w:tr>
    </w:tbl>
    <w:p>
      <w:pPr>
        <w:pStyle w:val="Heading3"/>
      </w:pPr>
      <w:r>
        <w:t>Résumé :</w:t>
      </w:r>
    </w:p>
    <w:p>
      <w:r>
        <w:t>This textbook for the students of engineering courses at technical schools covers the basic elements of descriptive geometry, projection and engineering drawing and drawing techniques. The material in each section is illustrated by examples drawn from engineering practice, while the figures and illustrations follow the latest technical and industrial developments. To help the student get a better grasp of the subject, drawings of parts and units are supplemented with photographs and axonometric projections. Thanks to the numerous examples and exercises provided, the book can be used for self-instruction and home study.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