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Soil mechanics in foundation engineering, V2, theory and practice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Wilun, Zenon/ Starzewski, Krzysztof/ </w:t>
            </w:r>
          </w:p>
        </w:tc>
      </w:tr>
      <w:tr>
        <w:trPr>
          <w:trHeight w:val="567"/>
        </w:trPr>
        <w:tc>
          <w:tcPr>
            <w:tcW w:type="dxa" w:w="3000"/>
          </w:tcPr>
          <w:p>
            <w:r>
              <w:t>Edition</w:t>
            </w:r>
          </w:p>
        </w:tc>
        <w:tc>
          <w:tcPr>
            <w:tcW w:type="dxa" w:w="7000"/>
          </w:tcPr>
          <w:p>
            <w:r>
              <w:t>2nd Edition</w:t>
            </w:r>
          </w:p>
        </w:tc>
      </w:tr>
      <w:tr>
        <w:trPr>
          <w:trHeight w:val="567"/>
        </w:trPr>
        <w:tc>
          <w:tcPr>
            <w:tcW w:type="dxa" w:w="3000"/>
          </w:tcPr>
          <w:p>
            <w:r>
              <w:t>Adresse bib.</w:t>
            </w:r>
          </w:p>
        </w:tc>
        <w:tc>
          <w:tcPr>
            <w:tcW w:type="dxa" w:w="7000"/>
          </w:tcPr>
          <w:p>
            <w:r>
              <w:t xml:space="preserve">Surrey University Press/ International Textbook Company Limited/ </w:t>
            </w:r>
          </w:p>
        </w:tc>
      </w:tr>
      <w:tr>
        <w:trPr>
          <w:trHeight w:val="567"/>
        </w:trPr>
        <w:tc>
          <w:tcPr>
            <w:tcW w:type="dxa" w:w="3000"/>
          </w:tcPr>
          <w:p>
            <w:r>
              <w:t>Nombre de Pages</w:t>
            </w:r>
          </w:p>
        </w:tc>
        <w:tc>
          <w:tcPr>
            <w:tcW w:type="dxa" w:w="7000"/>
          </w:tcPr>
          <w:p>
            <w:r>
              <w:t>290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0903384140</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soil mechanics/ geotechnical engineering/ foundation engineering/ </w:t>
            </w:r>
          </w:p>
        </w:tc>
      </w:tr>
    </w:tbl>
    <w:p>
      <w:pPr>
        <w:pStyle w:val="Heading3"/>
      </w:pPr>
      <w:r>
        <w:t>Résumé :</w:t>
      </w:r>
    </w:p>
    <w:p>
      <w:r>
        <w:t>Soil Mechanics in Foundation Engineering, Volume 2: Theory and Practice, by Z. Wilun and K. Starzewski, deals with the application of soil mechanics principles to foundation engineering. It develops the theoretical concepts and practical methods required for analysing soil behaviour and designing safe and economical foundations.</w:t>
        <w:br/>
        <w:br/>
        <w:t>The volume covers the analysis of stresses and deformations in soils, bearing capacity, settlement, stability, and the interaction between foundations and supporting ground. It also discusses different types of foundations and practical approaches to foundation design and construction under various soil conditions.</w:t>
        <w:br/>
        <w:br/>
        <w:t>The book provides a bridge between theoretical soil mechanics and practical foundation engineering, making it useful for civil and geotechnical engineers, students, and professionals involved in the design and construction of foundations.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