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Outlook 97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Cassade, Manon/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274400314X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Outlook 97/ calendrier pollinique/ </w:t>
            </w:r>
          </w:p>
        </w:tc>
      </w:tr>
    </w:tbl>
    <w:p>
      <w:pPr>
        <w:pStyle w:val="Heading3"/>
      </w:pPr>
      <w:r>
        <w:t>Résumé :</w:t>
      </w:r>
    </w:p>
    <w:p>
      <w:r>
        <w:t>Outlook 97 est un guide pratique destiné à l’apprentissage du logiciel Microsoft Outlook 97, utilisé pour la gestion des communications et des informations personnelles. L’ouvrage présente les principales fonctions permettant de gérer le courrier électronique, les contacts, le calendrier, les tâches et les rendez-vous. Il accompagne progressivement l’utilisateur dans la prise en main du logiciel et dans l’organisation de ses activités professionnelles.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