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Crystal Reports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Faulx-Briole, Alexandre/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363-372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9782746042278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crystal Reports (logiciel)/ guide pratique/ </w:t>
            </w:r>
          </w:p>
        </w:tc>
      </w:tr>
    </w:tbl>
    <w:p>
      <w:pPr>
        <w:pStyle w:val="Heading3"/>
      </w:pPr>
      <w:r>
        <w:t>Résumé :</w:t>
      </w:r>
    </w:p>
    <w:p>
      <w:r>
        <w:t>Ce livre sur Crystal Reports 2008 est destiné à des débutants comme à des utilisateurs plus expérimentés. II vous permettra de tirer le maximum des nombreuses fonctionnalités de Crystal Reports 2008 afin de produire des rapports et des documents attractifs. Vous apprendrez à développer et à mettre en forme des rapports simples ou élaborés (tri, sélection, regroupement des données, mise en forme conditionnelle, sections multiples, sous-rapports, tableaux croisés...), à insérer des formules de calcul (numériques, logiques, dates, booléennes, avec variables...), à utiliser diagrammes et cartes géographiques pour les illustrer, à créer des rapports OLAP, à accéder aux bases de données par une connexion ODBC, OLEDB, etc. Vous apprécierez les nombreuses méthodes proposées pour mettre en valeur vos données et vous découvrirez aussi comment vous connecter à des bases de données sur mini et mainframes. Les rapports créés dans l'ouvrage sont en téléchargement sur www.editions-eni.fr.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