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SolidWorks 2008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Crespeau, Thierry/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557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Atrium(N°:None)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9782746042223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SolidWorks 2008/ modélisation 3D/ </w:t>
            </w:r>
          </w:p>
        </w:tc>
      </w:tr>
    </w:tbl>
    <w:p>
      <w:pPr>
        <w:pStyle w:val="Heading3"/>
      </w:pPr>
      <w:r>
        <w:t>Résumé :</w:t>
      </w:r>
    </w:p>
    <w:p>
      <w:r>
        <w:t>Cet ouvrage est un guide pratique consacré à SolidWorks 2008, logiciel de conception mécanique assistée par ordinateur (CAO 3D). Il présente progressivement l’environnement du logiciel, la création d’esquisses 2D, la modélisation de pièces 3D, les fonctions de construction et de modification, ainsi que la création et la gestion d’assemblages. Il aborde également la tôlerie, les constructions soudées, les moules, les configurations de modèles, la mise en plan et la création d’images réalistes avec PhotoWorks.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