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Ordinateurs en géologie pétrolière et dans les études de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nationale supérieure du pétrole et des moteurs/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VIII-254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Colloques et séminaires(N°:None)</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ordinateur/ Géologie pétrolière/ </w:t>
            </w:r>
          </w:p>
        </w:tc>
      </w:tr>
    </w:tbl>
    <w:p>
      <w:pPr>
        <w:pStyle w:val="Heading3"/>
      </w:pPr>
      <w:r>
        <w:t>Résumé :</w:t>
      </w:r>
    </w:p>
    <w:p>
      <w:r>
        <w:t>Les ordinateurs en géologie pétrolière et dans les études de production est un ouvrage collectif issu de communications présentées à l'École nationale supérieure du pétrole et des moteurs en 1966 et publié par les Éditions Technip dans la collection des publications de l'Institut français du pétrole. L'ouvrage montre comment les ordinateurs, alors encore des équipements relativement nouveaux, commencent à être utilisés pour résoudre des problèmes complexes de géologie pétrolière, de géophysique et d'exploitation des gisements. Il aborde d'abord les principes du calcul automatique, les problèmes mathématiques, le calcul numérique et les calculateurs hybrides, puis examine les applications de l'informatique à la sismique, au traitement des informations géologiques, à la constitution de fichiers de données provenant des sondages et à l'élaboration de cartes de faciès. Une partie importante est consacrée aux études de production et à la simulation des gisements pétroliers, notamment à travers les modèles mathématiques et analogiques, la simulation d'un gisement d'huile monophasique, l'ajustement des modèles et l'application de simulateurs à des cas réels comme le champ de Hassi-Messaoud. L'ouvrage traite également des problèmes d'écoulement des fluides dans les réservoirs, des phénomènes hydrauliques et du traitement numérique des écoulements diphasiques d'hydrocarbures. Il constitue ainsi un témoignage important sur les débuts de l'informatique appliquée à l'exploration et à la production pétrolières, en montrant le passage progressif du simple calcul automatique vers le stockage structuré des données, la modélisation, la simulation et l'utilisation de l'ordinateur comme outil d'analyse et de prévision des comportements des gisements.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