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Atelier Visual basic 6.0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Craig, John Clark/ Webb, Jeff/ Campillo, Veronique/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869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Langages et programmation(N°:None)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2840828588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activeX (logiciel)/ bases de données relationnelles/ </w:t>
            </w:r>
          </w:p>
        </w:tc>
      </w:tr>
    </w:tbl>
    <w:p>
      <w:pPr>
        <w:pStyle w:val="Heading3"/>
      </w:pPr>
      <w:r>
        <w:t>Résumé :</w:t>
      </w:r>
    </w:p>
    <w:p>
      <w:r>
        <w:t>Atelier Visual Basic 6.0 est un ouvrage de référence destiné aux développeurs souhaitant maîtriser Microsoft Visual Basic 6.0. Il présente les fonctionnalités du langage, les techniques de programmation et de développement d’applications sous Windows. Le livre traite notamment des variables, contrôles ActiveX, interfaces graphiques, fichiers, bases de données, Internet, API Windows, multimédia et programmation avancée. Il propose également de nombreux exemples pratiques et une introduction à Visual Studio .NET. Le CD-ROM contient des codes sources, projets et fichiers utilisables avec les exemples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