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Automatismes, étude des réseaux de transmission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Ribérol, Henri/ Chevalier, André/ Cluzel,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normalisation(N°:None)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réseaux de transmission/ </w:t>
            </w:r>
          </w:p>
        </w:tc>
      </w:tr>
    </w:tbl>
    <w:p>
      <w:pPr>
        <w:pStyle w:val="Heading3"/>
      </w:pPr>
      <w:r>
        <w:t>Résumé :</w:t>
      </w:r>
    </w:p>
    <w:p>
      <w:r>
        <w:t>Automatismes, étude des réseaux de transmission est un ouvrage pédagogique consacré aux principes des automatismes et à l'étude des réseaux utilisés pour transmettre des informations et des ordres dans les systèmes électriques et électroniques.</w:t>
        <w:br/>
        <w:br/>
        <w:t>l'ouvrage s'adresse principalement aux élèves de l'enseignement technique et aux futurs techniciens électriciens et électroniciens. il fournit les connaissances nécessaires à la compréhension de la transmission des signaux, de la constitution des réseaux et de leur fonctionnement dans les dispositifs automatisés.</w:t>
        <w:br/>
        <w:br/>
        <w:t>l'approche est essentiellement technologique et appliquée, avec une présentation adaptée à la préparation aux examens professionnels. les auteurs henri ribérol, andré chevalier et rené cluzel sont par ailleurs associés à plusieurs ouvrages scolaires de technologie électrique et professionnelle de la même collection.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