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Internet pour Windows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Engst, Adam C./ Alpha développement/ Simon, Michael A./ Low, Corwin S./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521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2744000019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internet (autoroute de l'information)/ réseaux informatique/ </w:t>
            </w:r>
          </w:p>
        </w:tc>
      </w:tr>
    </w:tbl>
    <w:p>
      <w:pPr>
        <w:pStyle w:val="Heading3"/>
      </w:pPr>
      <w:r>
        <w:t>Résumé :</w:t>
      </w:r>
    </w:p>
    <w:p>
      <w:r>
        <w:t>Publié en 1995, Internet pour Windows d’Adam C. Engst, Corwin S. Low et Michael A. Simon est un guide consacré à la découverte et à l’utilisation d’Internet à partir d’un ordinateur fonctionnant sous Windows. L’ouvrage paraît à une période où Internet commence à se démocratiser auprès du grand public et où le Web devient progressivement un moyen essentiel d’accéder à l’information et de communiquer. Il présente les principaux concepts et services du réseau, notamment le courrier électronique, le World Wide Web, les groupes de discussion Usenet, le transfert de fichiers FTP et les conversations en temps réel par IRC. Le livre cherche surtout à rendre ces technologies accessibles aux utilisateurs de Windows en expliquant les principes de connexion, les logiciels nécessaires, la navigation sur les ressources en ligne et les différentes formes de communication numérique. Il constitue ainsi à la fois un manuel pratique et un témoignage de la première période de popularisation d’Internet. Son intérêt historique réside également dans le fait qu’il permet d’observer les usages, les outils et le vocabulaire d’Internet au milieu des années 1990, avant la généralisation des connexions haut débit, des réseaux sociaux et des services Web contemporains.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