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Elements d'électricité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Suchet, Ch/ Lafon,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électrotechnique/ courant continu/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conçu comme une introduction pratique à l’électricité destinée aux candidats à différents emplois techniques ainsi qu’au personnel d’exécution. Il présente progressivement les notions indispensables à la compréhension et à la réalisation des travaux électriques : courant, tension, résistance, puissance, circuits électriques, courant continu et alternatif, magnétisme et électromagnétisme.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