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SharePoint Server 2007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English, Bill/ Maniez, Dominique/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V-570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Kit d'administration(N°:None)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9782100513840</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microsoft SharePoint (logiciel)/ processus du robot/ </w:t>
            </w:r>
          </w:p>
        </w:tc>
      </w:tr>
    </w:tbl>
    <w:p>
      <w:pPr>
        <w:pStyle w:val="Heading3"/>
      </w:pPr>
      <w:r>
        <w:t>Résumé :</w:t>
      </w:r>
    </w:p>
    <w:p>
      <w:r>
        <w:t>Complets et faciles à mettre en pratique, les deux volumes de ce kit d'administration vous aident à installer, configurer, optimiser et maintenir Microsoft SharePoint Server 2007.</w:t>
        <w:br/>
        <w:br/>
        <w:br/>
        <w:br/>
        <w:t>Reposant sur une approche pratique et illustrés de nombreux exemples, ces ouvrages contiennent des informations détaillées sur les fonctionnalités de SharePoint Server 2007, des conseils avisés d'experts, des procédures et des astuces pratiques pour exploiter SharePoint Server 2007 dans les meilleures conditions. Dans ce volume, découvrez comment : Contrôler les dispositifs de recherche et d'indexation.</w:t>
        <w:br/>
        <w:br/>
        <w:br/>
        <w:br/>
        <w:t>Développer et appliquer une stratégie de sécurité de l'information. Configurer d'autres plates-formes serveur compatibles avec SharePoint Server 2007. Créer un catalogue de données métiers et gérer les connexions de données vers les autres applications. Surveiller et optimiser les performances du système. Appliquer les meilleures techniques de sauvegarde et de récupération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