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physique, mathématiques pour la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Noirot, Yves/ Parisot, Jean-Paul/ Brouillet,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9782100487790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 vectoriel/ intégrale de surface/ </w:t>
            </w:r>
          </w:p>
        </w:tc>
      </w:tr>
    </w:tbl>
    <w:p>
      <w:pPr>
        <w:pStyle w:val="Heading3"/>
      </w:pPr>
      <w:r>
        <w:t>Résumé :</w:t>
      </w:r>
    </w:p>
    <w:p>
      <w:r>
        <w:t>Cours de physique, mathématiques pour la physique présente les principaux outils mathématiques indispensables à l’étude de la physique, notamment l’algèbre, les fonctions, les vecteurs, les dérivées, les intégrales, les équations différentielles et les nombres complexes. L’ouvrage montre leur application à la mécanique, à l’électricité, à l’optique, à la thermodynamique et à d’autres domaines de la physique, afin de faciliter la modélisation et la résolution des problèmes physiques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