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et calcul pratique des systèmes asservis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Naslin,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522-524. Index p.p. 525-533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rétroaction/ automatisation/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essentielle pour ceux qui s’intéressent aux systèmes de contrôle, en particulier dans le domaine des asservissements.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