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new encyclaedia britannica. V23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Encyclopaedia britannica/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encyclopédie générale/ lumière/ biochimie/ </w:t>
            </w:r>
          </w:p>
        </w:tc>
      </w:tr>
    </w:tbl>
    <w:p>
      <w:pPr>
        <w:pStyle w:val="Heading3"/>
      </w:pPr>
      <w:r>
        <w:t>Résumé :</w:t>
      </w:r>
    </w:p>
    <w:p>
      <w:r>
        <w:t>The New Encyclopaedia Britannica, Volume 23 est un volume encyclopédique de référence consacré à des sujets approfondis allant de la lumière au métabolisme. Il couvre notamment des domaines liés à la physique, la chimie, la biologie, la médecine, la physiologie, les sciences naturelles et les sciences humaines.</w:t>
        <w:br/>
        <w:br/>
        <w:br/>
        <w:br/>
        <w:t>Les articles présentent des connaissances détaillées et documentées sur les phénomènes scientifiques, les organismes vivants, les processus biologiques et les grandes notions liées à la matière, à l’énergie et au fonctionnement du vivant. Le volume constitue ainsi une source documentaire spécialisée destinée à la recherche, à l’enseignement et à l’approfondissement des connaissances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