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Methods of Algorithmic Language Implementation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Ershov, A./ Koster, C. H. A./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Lecture Notes in Computer Science(N°:47)</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3540080651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formel/ langage de programmation/ </w:t>
            </w:r>
          </w:p>
        </w:tc>
      </w:tr>
    </w:tbl>
    <w:p>
      <w:pPr>
        <w:pStyle w:val="Heading3"/>
      </w:pPr>
      <w:r>
        <w:t>Résumé :</w:t>
      </w:r>
    </w:p>
    <w:p>
      <w:r>
        <w:t>Methods of Algorithmic Language Implementation, is a collection of research papers focusing on the theory and practice of programming-language implementation and compiler construction. The book presents different methods for designing, specifying, translating, and implementing programming languages, with particular emphasis on compiler-writing systems, formal language semantics, syntax analysis, parsing techniques, program transformation, and code optimization. Several contributions address the automation of compiler construction and the development of multilanguage translation systems, while others examine the implementation of specific programming languages and programming systems such as ALGOL 68 and SETL. The volume also discusses program-structure analysis, automatic program synthesis, semantic processing, grammar transformation, and optimized code generation. Overall, the book provides a comprehensive view of the methods used in the 1970s to develop reliable and efficient language processors, while introducing fundamental concepts that remain relevant to modern compiler design, programming-language theory, and automatic program transformation.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