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encyclopaedia britannica. V18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892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éducation/ encyclopédie générale/ électricité/ </w:t>
            </w:r>
          </w:p>
        </w:tc>
      </w:tr>
    </w:tbl>
    <w:p>
      <w:pPr>
        <w:pStyle w:val="Heading3"/>
      </w:pPr>
      <w:r>
        <w:t>Résumé :</w:t>
      </w:r>
    </w:p>
    <w:p>
      <w:r>
        <w:t>The New Encyclopaedia Britannica, Volume 18, de la collection Macropaedia – Knowledge in Depth, présente des articles approfondis couvrant de nombreux domaines du savoir, notamment l’éducation, l’histoire et la civilisation de l’Égypte et de l’Europe, la physique, l’électricité, le magnétisme, l’électronique, l’environnement, l’éthique, la littérature anglaise et l’évolution biologique et humaine.</w:t>
        <w:br/>
        <w:br/>
        <w:br/>
        <w:br/>
        <w:t>Les articles offrent des informations détaillées et documentées, destinées à la recherche, à l’enseignement et à l’approfondissement des connaissances. Ce volume constitue ainsi un ouvrage encyclopédique de référence multidisciplinaire.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