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naturelles/ physiologie/ </w:t>
            </w:r>
          </w:p>
        </w:tc>
      </w:tr>
    </w:tbl>
    <w:p>
      <w:pPr>
        <w:pStyle w:val="Heading3"/>
      </w:pPr>
      <w:r>
        <w:t>Résumé :</w:t>
      </w:r>
    </w:p>
    <w:p>
      <w:r>
        <w:t>The New Encyclopaedia Britannica, Volume 19 rassemble des articles approfondis consacrés à différents domaines du savoir, allant de l’excrétion à la géométrie. Il traite notamment de sujets liés aux sciences biologiques, à la physiologie, à la médecine, aux sciences physiques et mathématiques, ainsi qu’à diverses notions scientifiques et techniques.</w:t>
        <w:br/>
        <w:br/>
        <w:br/>
        <w:br/>
        <w:t>Ce volume fournit des informations détaillées et documentées permettant d’approfondir les connaissances sur les phénomènes naturels, les disciplines scientifiques et les concepts mathématiques. Il constitue ainsi un ouvrage de référence multidisciplinaire destiné à la recherche documentaire, à l’enseignement et à l’étude spécialisée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