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Hacking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Ebel, Franck/ Hennecart,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Epsilon(N°:None)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373-381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9782746081413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 de sûreté/ machine virtuelle et service/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à toute personne souhaitant s'initier ou se perfectionner dans le domaine de la sécurité informatique, et donc du hacking, et désireuse de faire un point sur ses compétences.</w:t>
        <w:br/>
        <w:br/>
        <w:br/>
        <w:br/>
        <w:t>Quand une entreprise, un particulier, une association souhaite mettre en place un système d'information, comment vérifier, avant la mise en production, qu'il n'existe pas de faille de sécurité ? Comment tester si les protections mises en place sont efficaces ? Ce livre est conçu pour répondre à ces attentes en guidant le lecteur dans la conception d'un laboratoire virtualisé complet dans lequel de nombreux services seront implémentés.</w:t>
        <w:br/>
        <w:br/>
        <w:br/>
        <w:br/>
        <w:t>Après cette première phase de création, votre laboratoire virtualisé accueillera votre système d'information et vous pourrez alors attaquer celui-ci afin d'en détecter les failles. Pour vous entraîner à cette phase d'attaque, les auteurs vous proposent de mettre en place dans le laboratoire un ensemble d'éléments faillibles. Ceux-ci sont présentés sous forme d'un challenge de sécurité dédié à l'entraînement. Vous pourrez ainsi vérifier vos compétences et évaluer la qualité des outils d'audit que vous souhaitez utiliser. Les auteurs ont cherché à couvrir le domaine le plus large possible avec un coût très raisonnable en investissement matériel. Ainsi, vous serez confrontés à des failles applicatives, des failles Web, des failles systèmes, etc. Une correction des différentes épreuves vous est proposée.</w:t>
        <w:br/>
        <w:br/>
        <w:br/>
        <w:br/>
        <w:t>Pour terminer, les solutions pour se protéger et mettre en place les contre-mesures adaptées sont présentées.</w:t>
        <w:br/>
        <w:br/>
        <w:br/>
        <w:br/>
        <w:t>Des éléments complémentaires sont en téléchargement sur le site des éditions eni.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