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l'univers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Le livre de Paris Hachette/ </w:t>
            </w:r>
          </w:p>
        </w:tc>
      </w:tr>
      <w:tr>
        <w:trPr>
          <w:trHeight w:val="567"/>
        </w:trPr>
        <w:tc>
          <w:tcPr>
            <w:tcW w:type="dxa" w:w="3000"/>
          </w:tcPr>
          <w:p>
            <w:r>
              <w:t>Nombre de Pages</w:t>
            </w:r>
          </w:p>
        </w:tc>
        <w:tc>
          <w:tcPr>
            <w:tcW w:type="dxa" w:w="7000"/>
          </w:tcPr>
          <w:p>
            <w:r>
              <w:t>2160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encyclopédie générale/ civilisation/ environnement/ </w:t>
            </w:r>
          </w:p>
        </w:tc>
      </w:tr>
    </w:tbl>
    <w:p>
      <w:pPr>
        <w:pStyle w:val="Heading3"/>
      </w:pPr>
      <w:r>
        <w:t>Résumé :</w:t>
      </w:r>
    </w:p>
    <w:p>
      <w:r>
        <w:t>Tout l’Univers – L’encyclopédie de l’âge scolaire, volume 9 est un volume encyclopédique destiné principalement aux jeunes lecteurs. Il rassemble, de manière structurée et illustrée, des connaissances générales dans différents domaines du savoir : histoire, géographie, sciences, nature, société, culture, techniques et vie quotidienne. Les articles présentent les notions et les faits essentiels dans un langage accessible à l’âge scolaire, accompagnés d’illustrations permettant de faciliter la compréhension et l’apprentissage.</w:t>
        <w:br/>
        <w:br/>
        <w:br/>
        <w:br/>
        <w:t>Ce volume constitue ainsi un outil documentaire de référence pour la recherche d’informations générales, l’apprentissage scolaire et la découverte de différents domaines de la connaissance. Il s’inscrit dans une collection encyclopédique organisée en plusieurs volumes. Le volume 9 correspond aux pages 1921 à 2160 de l’ensemble.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