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Ragot, José/ Roesch, Michel/ Mezencev,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2225785074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automatique/ analyse de système/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de 54 exercices et problèmes corrigés destiné aux étudiants de niveau maîtrise en électronique, électrotechnique et automatique. il rassemble les principales méthodes nécessaires à l'analyse et à la synthèse des systèmes asservis et des systèmes automatiques. la première partie est consacrée à l'analyse : mise en équation des systèmes, transformée de laplace, représentation d'état, convolution, transformée en z et identification. la seconde porte sur la synthèse des systèmes de commande, avec l'asservissement, l'estimation et l'optimisation. l'intérêt principal du livre est de faire travailler les méthodes théoriques à travers des problèmes appliqués, avec leurs solutions, afin de développer une maîtrise pratique des outils de l'automatique.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