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Concevoir et construire(N°:5)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2862274003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Appareils électriques/ Installations électriques domestiques/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présentation pratique des règles, composants, techniques de pose et mesures de sécurité nécessaires à la réalisation d’une installation électrique sûre et conforme.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